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1CF66" w14:textId="77777777" w:rsidR="00FC2F2A" w:rsidRDefault="00000000" w:rsidP="002D4ECC">
      <w:pPr>
        <w:snapToGrid w:val="0"/>
        <w:spacing w:after="120" w:line="240" w:lineRule="auto"/>
        <w:jc w:val="center"/>
        <w:rPr>
          <w:rFonts w:hint="eastAsia"/>
          <w:b/>
          <w:sz w:val="36"/>
          <w:lang w:eastAsia="zh-CN"/>
        </w:rPr>
      </w:pPr>
      <w:r>
        <w:rPr>
          <w:b/>
          <w:sz w:val="36"/>
          <w:lang w:eastAsia="zh-CN"/>
        </w:rPr>
        <w:t>上海电力大学人工智能学部人工智能专项班</w:t>
      </w:r>
    </w:p>
    <w:p w14:paraId="0149E03C" w14:textId="28F70D9C" w:rsidR="00536168" w:rsidRDefault="00000000" w:rsidP="002D4ECC">
      <w:pPr>
        <w:snapToGrid w:val="0"/>
        <w:spacing w:after="120" w:line="240" w:lineRule="auto"/>
        <w:jc w:val="center"/>
        <w:rPr>
          <w:rFonts w:hint="eastAsia"/>
          <w:lang w:eastAsia="zh-CN"/>
        </w:rPr>
      </w:pPr>
      <w:r>
        <w:rPr>
          <w:b/>
          <w:sz w:val="36"/>
          <w:lang w:eastAsia="zh-CN"/>
        </w:rPr>
        <w:t>报名志愿表</w:t>
      </w:r>
    </w:p>
    <w:p w14:paraId="59CD2303" w14:textId="77777777" w:rsidR="00536168" w:rsidRDefault="00000000">
      <w:pPr>
        <w:spacing w:before="100" w:after="60"/>
        <w:rPr>
          <w:rFonts w:hint="eastAsia"/>
          <w:lang w:eastAsia="zh-CN"/>
        </w:rPr>
      </w:pPr>
      <w:r>
        <w:rPr>
          <w:b/>
          <w:sz w:val="24"/>
          <w:lang w:eastAsia="zh-CN"/>
        </w:rPr>
        <w:t>一、学生基本信息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7654"/>
      </w:tblGrid>
      <w:tr w:rsidR="00536168" w14:paraId="2A1EB696" w14:textId="77777777">
        <w:trPr>
          <w:jc w:val="center"/>
        </w:trPr>
        <w:tc>
          <w:tcPr>
            <w:tcW w:w="1701" w:type="dxa"/>
            <w:shd w:val="clear" w:color="auto" w:fill="DCE6F1"/>
            <w:vAlign w:val="center"/>
          </w:tcPr>
          <w:p w14:paraId="2DC51520" w14:textId="77777777" w:rsidR="00536168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姓名</w:t>
            </w:r>
          </w:p>
        </w:tc>
        <w:tc>
          <w:tcPr>
            <w:tcW w:w="7654" w:type="dxa"/>
            <w:vAlign w:val="center"/>
          </w:tcPr>
          <w:p w14:paraId="7CC8457D" w14:textId="677EC9C2" w:rsidR="00536168" w:rsidRDefault="00536168">
            <w:pPr>
              <w:rPr>
                <w:rFonts w:hint="eastAsia"/>
              </w:rPr>
            </w:pPr>
          </w:p>
        </w:tc>
      </w:tr>
      <w:tr w:rsidR="00536168" w14:paraId="5EAB30F1" w14:textId="77777777">
        <w:trPr>
          <w:jc w:val="center"/>
        </w:trPr>
        <w:tc>
          <w:tcPr>
            <w:tcW w:w="1701" w:type="dxa"/>
            <w:shd w:val="clear" w:color="auto" w:fill="DCE6F1"/>
            <w:vAlign w:val="center"/>
          </w:tcPr>
          <w:p w14:paraId="774F5ACD" w14:textId="77777777" w:rsidR="00536168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学号</w:t>
            </w:r>
          </w:p>
        </w:tc>
        <w:tc>
          <w:tcPr>
            <w:tcW w:w="7654" w:type="dxa"/>
            <w:vAlign w:val="center"/>
          </w:tcPr>
          <w:p w14:paraId="3A5B6129" w14:textId="0C17BF5E" w:rsidR="00536168" w:rsidRDefault="00536168">
            <w:pPr>
              <w:rPr>
                <w:rFonts w:hint="eastAsia"/>
              </w:rPr>
            </w:pPr>
          </w:p>
        </w:tc>
      </w:tr>
      <w:tr w:rsidR="00536168" w14:paraId="27372913" w14:textId="77777777">
        <w:trPr>
          <w:jc w:val="center"/>
        </w:trPr>
        <w:tc>
          <w:tcPr>
            <w:tcW w:w="1701" w:type="dxa"/>
            <w:shd w:val="clear" w:color="auto" w:fill="DCE6F1"/>
            <w:vAlign w:val="center"/>
          </w:tcPr>
          <w:p w14:paraId="68817F97" w14:textId="164DCDD1" w:rsidR="00536168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专业</w:t>
            </w:r>
          </w:p>
        </w:tc>
        <w:tc>
          <w:tcPr>
            <w:tcW w:w="7654" w:type="dxa"/>
            <w:vAlign w:val="center"/>
          </w:tcPr>
          <w:p w14:paraId="4B08AF3A" w14:textId="0615420F" w:rsidR="00536168" w:rsidRDefault="00536168">
            <w:pPr>
              <w:rPr>
                <w:rFonts w:hint="eastAsia"/>
              </w:rPr>
            </w:pPr>
          </w:p>
        </w:tc>
      </w:tr>
      <w:tr w:rsidR="00536168" w14:paraId="2814875D" w14:textId="77777777">
        <w:trPr>
          <w:jc w:val="center"/>
        </w:trPr>
        <w:tc>
          <w:tcPr>
            <w:tcW w:w="1701" w:type="dxa"/>
            <w:shd w:val="clear" w:color="auto" w:fill="DCE6F1"/>
            <w:vAlign w:val="center"/>
          </w:tcPr>
          <w:p w14:paraId="0A2F920D" w14:textId="77777777" w:rsidR="00536168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联系电话 / 邮箱</w:t>
            </w:r>
          </w:p>
        </w:tc>
        <w:tc>
          <w:tcPr>
            <w:tcW w:w="7654" w:type="dxa"/>
            <w:vAlign w:val="center"/>
          </w:tcPr>
          <w:p w14:paraId="5E02AF86" w14:textId="7893E2CE" w:rsidR="00536168" w:rsidRDefault="00536168">
            <w:pPr>
              <w:rPr>
                <w:rFonts w:hint="eastAsia"/>
              </w:rPr>
            </w:pPr>
          </w:p>
        </w:tc>
      </w:tr>
    </w:tbl>
    <w:p w14:paraId="09502E11" w14:textId="77777777" w:rsidR="00536168" w:rsidRDefault="00000000">
      <w:pPr>
        <w:spacing w:before="100" w:after="60"/>
        <w:rPr>
          <w:rFonts w:hint="eastAsia"/>
          <w:lang w:eastAsia="zh-CN"/>
        </w:rPr>
      </w:pPr>
      <w:r>
        <w:rPr>
          <w:b/>
          <w:sz w:val="24"/>
          <w:lang w:eastAsia="zh-CN"/>
        </w:rPr>
        <w:t>二、专业基础与实践经历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701"/>
        <w:gridCol w:w="7654"/>
      </w:tblGrid>
      <w:tr w:rsidR="00536168" w14:paraId="65DD8851" w14:textId="77777777">
        <w:trPr>
          <w:jc w:val="center"/>
        </w:trPr>
        <w:tc>
          <w:tcPr>
            <w:tcW w:w="1701" w:type="dxa"/>
            <w:shd w:val="clear" w:color="auto" w:fill="DCE6F1"/>
            <w:vAlign w:val="center"/>
          </w:tcPr>
          <w:p w14:paraId="6403EBD6" w14:textId="77777777" w:rsidR="00536168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本科专业及主要基础</w:t>
            </w:r>
          </w:p>
        </w:tc>
        <w:tc>
          <w:tcPr>
            <w:tcW w:w="7654" w:type="dxa"/>
            <w:vAlign w:val="center"/>
          </w:tcPr>
          <w:p w14:paraId="057B4A49" w14:textId="29FDF9E5" w:rsidR="00536168" w:rsidRDefault="00000000">
            <w:pPr>
              <w:rPr>
                <w:rFonts w:hint="eastAsia"/>
                <w:lang w:eastAsia="zh-CN"/>
              </w:rPr>
            </w:pPr>
            <w:r>
              <w:rPr>
                <w:sz w:val="20"/>
                <w:lang w:eastAsia="zh-CN"/>
              </w:rPr>
              <w:t>□ 人工智能　□ 计算机　□ 自动化　□ 信息通信</w:t>
            </w:r>
            <w:r w:rsidR="00CE0BFE">
              <w:rPr>
                <w:rFonts w:hint="eastAsia"/>
                <w:sz w:val="20"/>
                <w:lang w:eastAsia="zh-CN"/>
              </w:rPr>
              <w:t xml:space="preserve">  </w:t>
            </w:r>
            <w:r w:rsidR="00CE0BFE">
              <w:rPr>
                <w:sz w:val="20"/>
                <w:lang w:eastAsia="zh-CN"/>
              </w:rPr>
              <w:t>□ 电气</w:t>
            </w:r>
            <w:r>
              <w:rPr>
                <w:sz w:val="20"/>
                <w:lang w:eastAsia="zh-CN"/>
              </w:rPr>
              <w:t xml:space="preserve">　□ 其他：____________</w:t>
            </w:r>
            <w:r>
              <w:rPr>
                <w:sz w:val="20"/>
                <w:lang w:eastAsia="zh-CN"/>
              </w:rPr>
              <w:br/>
              <w:t>掌握的主要课程 / 技术：________________________________________</w:t>
            </w:r>
          </w:p>
        </w:tc>
      </w:tr>
      <w:tr w:rsidR="00536168" w14:paraId="2F9AC7DE" w14:textId="77777777">
        <w:trPr>
          <w:jc w:val="center"/>
        </w:trPr>
        <w:tc>
          <w:tcPr>
            <w:tcW w:w="1701" w:type="dxa"/>
            <w:shd w:val="clear" w:color="auto" w:fill="DCE6F1"/>
            <w:vAlign w:val="center"/>
          </w:tcPr>
          <w:p w14:paraId="7EC3754C" w14:textId="77777777" w:rsidR="00536168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编程与人工智能基础</w:t>
            </w:r>
          </w:p>
        </w:tc>
        <w:tc>
          <w:tcPr>
            <w:tcW w:w="7654" w:type="dxa"/>
            <w:vAlign w:val="center"/>
          </w:tcPr>
          <w:p w14:paraId="2B77D7B3" w14:textId="77777777" w:rsidR="00536168" w:rsidRDefault="00000000">
            <w:pPr>
              <w:rPr>
                <w:rFonts w:hint="eastAsia"/>
              </w:rPr>
            </w:pPr>
            <w:r>
              <w:rPr>
                <w:sz w:val="20"/>
              </w:rPr>
              <w:t>熟悉语言 / 工具：_______________________________________________</w:t>
            </w:r>
            <w:r>
              <w:rPr>
                <w:sz w:val="20"/>
              </w:rPr>
              <w:br/>
              <w:t>□ Python　□ C/C++　□ Java　□ PyTorch　□ TensorFlow　□ 其他：____________</w:t>
            </w:r>
          </w:p>
        </w:tc>
      </w:tr>
      <w:tr w:rsidR="00536168" w14:paraId="545292EF" w14:textId="77777777">
        <w:trPr>
          <w:jc w:val="center"/>
        </w:trPr>
        <w:tc>
          <w:tcPr>
            <w:tcW w:w="1701" w:type="dxa"/>
            <w:shd w:val="clear" w:color="auto" w:fill="DCE6F1"/>
            <w:vAlign w:val="center"/>
          </w:tcPr>
          <w:p w14:paraId="5FF26152" w14:textId="77777777" w:rsidR="00536168" w:rsidRDefault="00000000">
            <w:pPr>
              <w:rPr>
                <w:rFonts w:hint="eastAsia"/>
              </w:rPr>
            </w:pPr>
            <w:r>
              <w:rPr>
                <w:b/>
                <w:sz w:val="20"/>
              </w:rPr>
              <w:t>科研 / 项目 / 竞赛经历</w:t>
            </w:r>
          </w:p>
        </w:tc>
        <w:tc>
          <w:tcPr>
            <w:tcW w:w="7654" w:type="dxa"/>
            <w:vAlign w:val="center"/>
          </w:tcPr>
          <w:p w14:paraId="5223ACA2" w14:textId="77777777" w:rsidR="006E1AEA" w:rsidRDefault="006E1AEA">
            <w:pPr>
              <w:rPr>
                <w:rFonts w:hint="eastAsia"/>
                <w:lang w:eastAsia="zh-CN"/>
              </w:rPr>
            </w:pPr>
          </w:p>
          <w:p w14:paraId="708C602D" w14:textId="180D268F" w:rsidR="006E1AEA" w:rsidRDefault="006E1AEA">
            <w:pPr>
              <w:rPr>
                <w:rFonts w:hint="eastAsia"/>
                <w:lang w:eastAsia="zh-CN"/>
              </w:rPr>
            </w:pPr>
          </w:p>
        </w:tc>
      </w:tr>
      <w:tr w:rsidR="00536168" w14:paraId="52AAED13" w14:textId="77777777">
        <w:trPr>
          <w:jc w:val="center"/>
        </w:trPr>
        <w:tc>
          <w:tcPr>
            <w:tcW w:w="1701" w:type="dxa"/>
            <w:shd w:val="clear" w:color="auto" w:fill="DCE6F1"/>
            <w:vAlign w:val="center"/>
          </w:tcPr>
          <w:p w14:paraId="7EDBCCF0" w14:textId="77777777" w:rsidR="00536168" w:rsidRDefault="00000000">
            <w:pPr>
              <w:rPr>
                <w:rFonts w:hint="eastAsia"/>
                <w:lang w:eastAsia="zh-CN"/>
              </w:rPr>
            </w:pPr>
            <w:r>
              <w:rPr>
                <w:b/>
                <w:sz w:val="20"/>
                <w:lang w:eastAsia="zh-CN"/>
              </w:rPr>
              <w:t>人工智能工程实践经历</w:t>
            </w:r>
          </w:p>
        </w:tc>
        <w:tc>
          <w:tcPr>
            <w:tcW w:w="7654" w:type="dxa"/>
            <w:vAlign w:val="center"/>
          </w:tcPr>
          <w:p w14:paraId="51520587" w14:textId="77777777" w:rsidR="00536168" w:rsidRDefault="00000000">
            <w:pPr>
              <w:rPr>
                <w:rFonts w:hint="eastAsia"/>
                <w:lang w:eastAsia="zh-CN"/>
              </w:rPr>
            </w:pPr>
            <w:r>
              <w:rPr>
                <w:sz w:val="20"/>
                <w:lang w:eastAsia="zh-CN"/>
              </w:rPr>
              <w:t>□ 算法开发　□ 数据处理　□ 模型训练　□ 软件开发　□ 系统集成　□ 无相关经历</w:t>
            </w:r>
            <w:r>
              <w:rPr>
                <w:sz w:val="20"/>
                <w:lang w:eastAsia="zh-CN"/>
              </w:rPr>
              <w:br/>
              <w:t>具体说明：____________________________________________________</w:t>
            </w:r>
          </w:p>
        </w:tc>
      </w:tr>
    </w:tbl>
    <w:p w14:paraId="0255D45D" w14:textId="77777777" w:rsidR="00536168" w:rsidRDefault="00000000">
      <w:pPr>
        <w:spacing w:before="100" w:after="60"/>
        <w:rPr>
          <w:rFonts w:hint="eastAsia"/>
          <w:lang w:eastAsia="zh-CN"/>
        </w:rPr>
      </w:pPr>
      <w:r>
        <w:rPr>
          <w:b/>
          <w:sz w:val="24"/>
          <w:lang w:eastAsia="zh-CN"/>
        </w:rPr>
        <w:t>三、企业课题志愿</w:t>
      </w:r>
    </w:p>
    <w:p w14:paraId="31C09AD3" w14:textId="1A623DDD" w:rsidR="00536168" w:rsidRDefault="00000000" w:rsidP="00723DAE">
      <w:pPr>
        <w:spacing w:after="60"/>
        <w:ind w:firstLineChars="200" w:firstLine="420"/>
        <w:rPr>
          <w:rFonts w:hint="eastAsia"/>
          <w:lang w:eastAsia="zh-CN"/>
        </w:rPr>
      </w:pPr>
      <w:r>
        <w:rPr>
          <w:lang w:eastAsia="zh-CN"/>
        </w:rPr>
        <w:t>请根据同步发布的《人工智能专项班企业课题目录》填报志愿。企业课题、招生容量、校企导师、培养</w:t>
      </w:r>
      <w:r w:rsidR="006E1AEA">
        <w:rPr>
          <w:rFonts w:hint="eastAsia"/>
          <w:lang w:eastAsia="zh-CN"/>
        </w:rPr>
        <w:t>方向</w:t>
      </w:r>
      <w:r>
        <w:rPr>
          <w:lang w:eastAsia="zh-CN"/>
        </w:rPr>
        <w:t>等以正式公示信息为准。</w:t>
      </w:r>
    </w:p>
    <w:tbl>
      <w:tblPr>
        <w:tblStyle w:val="aff1"/>
        <w:tblW w:w="5000" w:type="pct"/>
        <w:jc w:val="center"/>
        <w:tblLook w:val="04A0" w:firstRow="1" w:lastRow="0" w:firstColumn="1" w:lastColumn="0" w:noHBand="0" w:noVBand="1"/>
      </w:tblPr>
      <w:tblGrid>
        <w:gridCol w:w="1288"/>
        <w:gridCol w:w="1089"/>
        <w:gridCol w:w="2267"/>
        <w:gridCol w:w="4537"/>
        <w:gridCol w:w="1575"/>
      </w:tblGrid>
      <w:tr w:rsidR="00536168" w14:paraId="7CC67A6D" w14:textId="77777777" w:rsidTr="00FA3FBB">
        <w:trPr>
          <w:jc w:val="center"/>
        </w:trPr>
        <w:tc>
          <w:tcPr>
            <w:tcW w:w="599" w:type="pct"/>
            <w:shd w:val="clear" w:color="auto" w:fill="DCE6F1"/>
            <w:vAlign w:val="center"/>
          </w:tcPr>
          <w:p w14:paraId="45005C7B" w14:textId="77777777" w:rsidR="00536168" w:rsidRDefault="00000000" w:rsidP="00FA3FBB">
            <w:pPr>
              <w:jc w:val="center"/>
              <w:rPr>
                <w:rFonts w:hint="eastAsia"/>
              </w:rPr>
            </w:pPr>
            <w:r>
              <w:rPr>
                <w:b/>
                <w:sz w:val="20"/>
              </w:rPr>
              <w:t>志愿顺序</w:t>
            </w:r>
          </w:p>
        </w:tc>
        <w:tc>
          <w:tcPr>
            <w:tcW w:w="506" w:type="pct"/>
            <w:shd w:val="clear" w:color="auto" w:fill="DCE6F1"/>
            <w:vAlign w:val="center"/>
          </w:tcPr>
          <w:p w14:paraId="39E8C4A2" w14:textId="03ABF7CD" w:rsidR="00536168" w:rsidRDefault="00000000" w:rsidP="00FA3FBB">
            <w:pPr>
              <w:jc w:val="center"/>
              <w:rPr>
                <w:rFonts w:hint="eastAsia"/>
              </w:rPr>
            </w:pPr>
            <w:r>
              <w:rPr>
                <w:b/>
                <w:sz w:val="20"/>
              </w:rPr>
              <w:t>课题编号</w:t>
            </w:r>
          </w:p>
        </w:tc>
        <w:tc>
          <w:tcPr>
            <w:tcW w:w="1054" w:type="pct"/>
            <w:shd w:val="clear" w:color="auto" w:fill="DCE6F1"/>
            <w:vAlign w:val="center"/>
          </w:tcPr>
          <w:p w14:paraId="31CC4E8C" w14:textId="191FD991" w:rsidR="00536168" w:rsidRDefault="00D07C11" w:rsidP="00FA3FBB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sz w:val="20"/>
                <w:lang w:eastAsia="zh-CN"/>
              </w:rPr>
              <w:t>企业</w:t>
            </w:r>
            <w:r>
              <w:rPr>
                <w:b/>
                <w:sz w:val="20"/>
              </w:rPr>
              <w:t>名称</w:t>
            </w:r>
          </w:p>
        </w:tc>
        <w:tc>
          <w:tcPr>
            <w:tcW w:w="2109" w:type="pct"/>
            <w:shd w:val="clear" w:color="auto" w:fill="DCE6F1"/>
            <w:vAlign w:val="center"/>
          </w:tcPr>
          <w:p w14:paraId="05EE2695" w14:textId="32F22634" w:rsidR="00536168" w:rsidRDefault="00D07C11" w:rsidP="00FA3FBB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sz w:val="20"/>
                <w:lang w:eastAsia="zh-CN"/>
              </w:rPr>
              <w:t>课题</w:t>
            </w:r>
            <w:r w:rsidR="005B109B">
              <w:rPr>
                <w:rFonts w:hint="eastAsia"/>
                <w:b/>
                <w:sz w:val="20"/>
                <w:lang w:eastAsia="zh-CN"/>
              </w:rPr>
              <w:t>名称</w:t>
            </w:r>
          </w:p>
        </w:tc>
        <w:tc>
          <w:tcPr>
            <w:tcW w:w="733" w:type="pct"/>
            <w:shd w:val="clear" w:color="auto" w:fill="DCE6F1"/>
            <w:vAlign w:val="center"/>
          </w:tcPr>
          <w:p w14:paraId="1C4ACDD1" w14:textId="2306D10B" w:rsidR="00536168" w:rsidRDefault="00FA3FBB" w:rsidP="00FA3FBB">
            <w:pPr>
              <w:jc w:val="center"/>
              <w:rPr>
                <w:rFonts w:hint="eastAsia"/>
              </w:rPr>
            </w:pPr>
            <w:r>
              <w:rPr>
                <w:rFonts w:hint="eastAsia"/>
                <w:b/>
                <w:sz w:val="20"/>
                <w:lang w:eastAsia="zh-CN"/>
              </w:rPr>
              <w:t>校内导师</w:t>
            </w:r>
          </w:p>
        </w:tc>
      </w:tr>
      <w:tr w:rsidR="00536168" w14:paraId="6CC11F7C" w14:textId="77777777" w:rsidTr="00FA3FBB">
        <w:trPr>
          <w:jc w:val="center"/>
        </w:trPr>
        <w:tc>
          <w:tcPr>
            <w:tcW w:w="599" w:type="pct"/>
            <w:vAlign w:val="center"/>
          </w:tcPr>
          <w:p w14:paraId="6553ADF1" w14:textId="77777777" w:rsidR="00536168" w:rsidRDefault="00000000">
            <w:pPr>
              <w:rPr>
                <w:rFonts w:hint="eastAsia"/>
              </w:rPr>
            </w:pPr>
            <w:r>
              <w:rPr>
                <w:sz w:val="20"/>
              </w:rPr>
              <w:t>第1志愿</w:t>
            </w:r>
          </w:p>
        </w:tc>
        <w:tc>
          <w:tcPr>
            <w:tcW w:w="506" w:type="pct"/>
            <w:vAlign w:val="center"/>
          </w:tcPr>
          <w:p w14:paraId="5644EA9D" w14:textId="6C13F900" w:rsidR="00536168" w:rsidRDefault="00536168">
            <w:pPr>
              <w:rPr>
                <w:rFonts w:hint="eastAsia"/>
              </w:rPr>
            </w:pPr>
          </w:p>
        </w:tc>
        <w:tc>
          <w:tcPr>
            <w:tcW w:w="1054" w:type="pct"/>
            <w:vAlign w:val="center"/>
          </w:tcPr>
          <w:p w14:paraId="2CE970BD" w14:textId="7695B4CA" w:rsidR="00536168" w:rsidRDefault="00536168">
            <w:pPr>
              <w:rPr>
                <w:rFonts w:hint="eastAsia"/>
              </w:rPr>
            </w:pPr>
          </w:p>
        </w:tc>
        <w:tc>
          <w:tcPr>
            <w:tcW w:w="2109" w:type="pct"/>
            <w:vAlign w:val="center"/>
          </w:tcPr>
          <w:p w14:paraId="1296C520" w14:textId="684598B9" w:rsidR="00536168" w:rsidRDefault="00536168">
            <w:pPr>
              <w:rPr>
                <w:rFonts w:hint="eastAsia"/>
              </w:rPr>
            </w:pPr>
          </w:p>
        </w:tc>
        <w:tc>
          <w:tcPr>
            <w:tcW w:w="733" w:type="pct"/>
            <w:vAlign w:val="center"/>
          </w:tcPr>
          <w:p w14:paraId="3D151486" w14:textId="5100EE69" w:rsidR="00536168" w:rsidRDefault="00536168">
            <w:pPr>
              <w:rPr>
                <w:rFonts w:hint="eastAsia"/>
              </w:rPr>
            </w:pPr>
          </w:p>
        </w:tc>
      </w:tr>
      <w:tr w:rsidR="00536168" w14:paraId="60423FDF" w14:textId="77777777" w:rsidTr="00FA3FBB">
        <w:trPr>
          <w:jc w:val="center"/>
        </w:trPr>
        <w:tc>
          <w:tcPr>
            <w:tcW w:w="599" w:type="pct"/>
            <w:vAlign w:val="center"/>
          </w:tcPr>
          <w:p w14:paraId="47E1CAD6" w14:textId="77777777" w:rsidR="00536168" w:rsidRDefault="00000000">
            <w:pPr>
              <w:rPr>
                <w:rFonts w:hint="eastAsia"/>
              </w:rPr>
            </w:pPr>
            <w:r>
              <w:rPr>
                <w:sz w:val="20"/>
              </w:rPr>
              <w:t>第2志愿</w:t>
            </w:r>
          </w:p>
        </w:tc>
        <w:tc>
          <w:tcPr>
            <w:tcW w:w="506" w:type="pct"/>
            <w:vAlign w:val="center"/>
          </w:tcPr>
          <w:p w14:paraId="3C2F5812" w14:textId="53B8FDA9" w:rsidR="00536168" w:rsidRDefault="00536168">
            <w:pPr>
              <w:rPr>
                <w:rFonts w:hint="eastAsia"/>
              </w:rPr>
            </w:pPr>
          </w:p>
        </w:tc>
        <w:tc>
          <w:tcPr>
            <w:tcW w:w="1054" w:type="pct"/>
            <w:vAlign w:val="center"/>
          </w:tcPr>
          <w:p w14:paraId="7F528CB1" w14:textId="096A728B" w:rsidR="00536168" w:rsidRDefault="00536168">
            <w:pPr>
              <w:rPr>
                <w:rFonts w:hint="eastAsia"/>
              </w:rPr>
            </w:pPr>
          </w:p>
        </w:tc>
        <w:tc>
          <w:tcPr>
            <w:tcW w:w="2109" w:type="pct"/>
            <w:vAlign w:val="center"/>
          </w:tcPr>
          <w:p w14:paraId="1CEC608F" w14:textId="112311B1" w:rsidR="00536168" w:rsidRDefault="00536168">
            <w:pPr>
              <w:rPr>
                <w:rFonts w:hint="eastAsia"/>
              </w:rPr>
            </w:pPr>
          </w:p>
        </w:tc>
        <w:tc>
          <w:tcPr>
            <w:tcW w:w="733" w:type="pct"/>
            <w:vAlign w:val="center"/>
          </w:tcPr>
          <w:p w14:paraId="334103F9" w14:textId="2BC71FFE" w:rsidR="00536168" w:rsidRDefault="00536168">
            <w:pPr>
              <w:rPr>
                <w:rFonts w:hint="eastAsia"/>
              </w:rPr>
            </w:pPr>
          </w:p>
        </w:tc>
      </w:tr>
    </w:tbl>
    <w:p w14:paraId="222B5B68" w14:textId="14905D2C" w:rsidR="00536168" w:rsidRDefault="00000000" w:rsidP="00723DAE">
      <w:pPr>
        <w:spacing w:before="100" w:after="60"/>
        <w:rPr>
          <w:rFonts w:hint="eastAsia"/>
        </w:rPr>
      </w:pPr>
      <w:r>
        <w:rPr>
          <w:b/>
          <w:sz w:val="24"/>
        </w:rPr>
        <w:t>四、学生确认</w:t>
      </w:r>
    </w:p>
    <w:p w14:paraId="745E7913" w14:textId="77777777" w:rsidR="00536168" w:rsidRDefault="00000000" w:rsidP="00723DAE">
      <w:pPr>
        <w:spacing w:after="40"/>
        <w:ind w:firstLineChars="200" w:firstLine="380"/>
        <w:rPr>
          <w:rFonts w:hint="eastAsia"/>
          <w:lang w:eastAsia="zh-CN"/>
        </w:rPr>
      </w:pPr>
      <w:r>
        <w:rPr>
          <w:sz w:val="19"/>
          <w:lang w:eastAsia="zh-CN"/>
        </w:rPr>
        <w:t>本人已认真阅读人工智能1+1专项班招生简章及《人工智能专项班企业课题目录》，了解专项班培养模式、志愿填报、面试评价、企业实践、考核及退出等相关安排。</w:t>
      </w:r>
    </w:p>
    <w:p w14:paraId="6757B500" w14:textId="77777777" w:rsidR="00536168" w:rsidRDefault="00000000" w:rsidP="00723DAE">
      <w:pPr>
        <w:spacing w:after="40"/>
        <w:ind w:firstLineChars="200" w:firstLine="380"/>
        <w:rPr>
          <w:rFonts w:hint="eastAsia"/>
          <w:lang w:eastAsia="zh-CN"/>
        </w:rPr>
      </w:pPr>
      <w:r>
        <w:rPr>
          <w:b/>
          <w:sz w:val="19"/>
          <w:lang w:eastAsia="zh-CN"/>
        </w:rPr>
        <w:t>本人知悉：专项班不以任何形式作出未经书面确认的补贴、薪酬、实习待遇、就业岗位或毕业录用承诺；企业课题、导师、培养地点等以正式公示信息为准。</w:t>
      </w:r>
    </w:p>
    <w:p w14:paraId="2AC7BECE" w14:textId="77777777" w:rsidR="00536168" w:rsidRDefault="00000000">
      <w:pPr>
        <w:jc w:val="right"/>
        <w:rPr>
          <w:rFonts w:hint="eastAsia"/>
          <w:lang w:eastAsia="zh-CN"/>
        </w:rPr>
      </w:pPr>
      <w:r>
        <w:rPr>
          <w:sz w:val="20"/>
          <w:lang w:eastAsia="zh-CN"/>
        </w:rPr>
        <w:t>学生签名：____________    日期：______年____月____日</w:t>
      </w:r>
    </w:p>
    <w:p w14:paraId="18F93710" w14:textId="77777777" w:rsidR="00CC45E3" w:rsidRDefault="00CC45E3">
      <w:pPr>
        <w:rPr>
          <w:rFonts w:hint="eastAsia"/>
          <w:lang w:eastAsia="zh-CN"/>
        </w:rPr>
      </w:pPr>
    </w:p>
    <w:sectPr w:rsidR="00CC45E3" w:rsidSect="00034616">
      <w:pgSz w:w="12240" w:h="15840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9A55C4" w14:textId="77777777" w:rsidR="00511DCF" w:rsidRDefault="00511DCF" w:rsidP="00B5580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997896A" w14:textId="77777777" w:rsidR="00511DCF" w:rsidRDefault="00511DCF" w:rsidP="00B5580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F7F46" w14:textId="77777777" w:rsidR="00511DCF" w:rsidRDefault="00511DCF" w:rsidP="00B5580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954EFD2" w14:textId="77777777" w:rsidR="00511DCF" w:rsidRDefault="00511DCF" w:rsidP="00B5580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5449653">
    <w:abstractNumId w:val="8"/>
  </w:num>
  <w:num w:numId="2" w16cid:durableId="5909971">
    <w:abstractNumId w:val="6"/>
  </w:num>
  <w:num w:numId="3" w16cid:durableId="2018841614">
    <w:abstractNumId w:val="5"/>
  </w:num>
  <w:num w:numId="4" w16cid:durableId="1170829320">
    <w:abstractNumId w:val="4"/>
  </w:num>
  <w:num w:numId="5" w16cid:durableId="363598651">
    <w:abstractNumId w:val="7"/>
  </w:num>
  <w:num w:numId="6" w16cid:durableId="1591155328">
    <w:abstractNumId w:val="3"/>
  </w:num>
  <w:num w:numId="7" w16cid:durableId="2095123755">
    <w:abstractNumId w:val="2"/>
  </w:num>
  <w:num w:numId="8" w16cid:durableId="278222421">
    <w:abstractNumId w:val="1"/>
  </w:num>
  <w:num w:numId="9" w16cid:durableId="664237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80F"/>
    <w:rsid w:val="00034616"/>
    <w:rsid w:val="0006063C"/>
    <w:rsid w:val="0015074B"/>
    <w:rsid w:val="00150CE8"/>
    <w:rsid w:val="00243016"/>
    <w:rsid w:val="0029639D"/>
    <w:rsid w:val="002D4ECC"/>
    <w:rsid w:val="00326F90"/>
    <w:rsid w:val="003F256C"/>
    <w:rsid w:val="004A7FB7"/>
    <w:rsid w:val="00511DCF"/>
    <w:rsid w:val="00536168"/>
    <w:rsid w:val="005B109B"/>
    <w:rsid w:val="006D0E88"/>
    <w:rsid w:val="006E1AEA"/>
    <w:rsid w:val="00723DAE"/>
    <w:rsid w:val="008959A9"/>
    <w:rsid w:val="00926AE3"/>
    <w:rsid w:val="00AA1D8D"/>
    <w:rsid w:val="00B47730"/>
    <w:rsid w:val="00B5580E"/>
    <w:rsid w:val="00BB4255"/>
    <w:rsid w:val="00CB0664"/>
    <w:rsid w:val="00CC45E3"/>
    <w:rsid w:val="00CE0BFE"/>
    <w:rsid w:val="00CF717B"/>
    <w:rsid w:val="00D07C11"/>
    <w:rsid w:val="00E1289D"/>
    <w:rsid w:val="00EE14C1"/>
    <w:rsid w:val="00FA3FBB"/>
    <w:rsid w:val="00FC2F2A"/>
    <w:rsid w:val="00FC5D6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D79D4C1"/>
  <w14:defaultImageDpi w14:val="300"/>
  <w15:docId w15:val="{73D5AF88-7C67-48A0-9592-CCF3CC6E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微软雅黑" w:eastAsia="微软雅黑" w:hAnsi="微软雅黑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think</cp:lastModifiedBy>
  <cp:revision>15</cp:revision>
  <dcterms:created xsi:type="dcterms:W3CDTF">2013-12-23T23:15:00Z</dcterms:created>
  <dcterms:modified xsi:type="dcterms:W3CDTF">2026-09-08T02:33:00Z</dcterms:modified>
  <cp:category/>
</cp:coreProperties>
</file>